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E0E" w:rsidRPr="00C75E0E" w:rsidRDefault="00842478" w:rsidP="00426A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ky-KG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Отчет приемной комисии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Жалал-Абадского</w:t>
      </w:r>
      <w:r w:rsidR="00A1072E" w:rsidRPr="0084247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международного университета</w:t>
      </w:r>
      <w:r w:rsidR="00C75E0E" w:rsidRPr="00C75E0E">
        <w:rPr>
          <w:rFonts w:ascii="Times New Roman" w:hAnsi="Times New Roman" w:cs="Times New Roman"/>
          <w:b/>
          <w:sz w:val="24"/>
          <w:szCs w:val="24"/>
          <w:lang w:val="ky-KG"/>
        </w:rPr>
        <w:t xml:space="preserve"> </w:t>
      </w:r>
    </w:p>
    <w:p w:rsidR="007D31DA" w:rsidRPr="00842478" w:rsidRDefault="00842478" w:rsidP="00426A3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ky-KG"/>
        </w:rPr>
        <w:t xml:space="preserve">За </w:t>
      </w:r>
      <w:r w:rsidR="00A1072E" w:rsidRPr="00842478">
        <w:rPr>
          <w:rFonts w:ascii="Times New Roman" w:hAnsi="Times New Roman" w:cs="Times New Roman"/>
          <w:b/>
          <w:sz w:val="24"/>
          <w:szCs w:val="24"/>
          <w:lang w:val="ru-RU"/>
        </w:rPr>
        <w:t>2025-2026 учебн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ый год</w:t>
      </w:r>
      <w:r w:rsidR="00A1072E" w:rsidRPr="0084247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(</w:t>
      </w:r>
      <w:r w:rsidR="00A1072E" w:rsidRPr="00842478">
        <w:rPr>
          <w:rFonts w:ascii="Times New Roman" w:hAnsi="Times New Roman" w:cs="Times New Roman"/>
          <w:b/>
          <w:sz w:val="24"/>
          <w:szCs w:val="24"/>
          <w:lang w:val="ru-RU"/>
        </w:rPr>
        <w:t>летни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й</w:t>
      </w:r>
      <w:r w:rsidR="00A1072E" w:rsidRPr="0084247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и </w:t>
      </w:r>
      <w:r w:rsidR="00C75E0E" w:rsidRPr="00842478">
        <w:rPr>
          <w:rFonts w:ascii="Times New Roman" w:hAnsi="Times New Roman" w:cs="Times New Roman"/>
          <w:b/>
          <w:sz w:val="24"/>
          <w:szCs w:val="24"/>
          <w:lang w:val="ru-RU"/>
        </w:rPr>
        <w:t>зимни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й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ab/>
      </w:r>
      <w:r w:rsidR="00C75E0E" w:rsidRPr="0084247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прием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)</w:t>
      </w:r>
      <w:r w:rsidR="00A1072E" w:rsidRPr="00842478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:rsidR="007D31DA" w:rsidRPr="00842478" w:rsidRDefault="007D31DA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426A32" w:rsidRDefault="00C75E0E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30.05.2025 г. № 73_</w:t>
      </w:r>
      <w:r w:rsidR="00A1072E" w:rsidRPr="00426A32">
        <w:rPr>
          <w:rFonts w:ascii="Times New Roman" w:hAnsi="Times New Roman" w:cs="Times New Roman"/>
          <w:sz w:val="24"/>
          <w:szCs w:val="24"/>
          <w:lang w:val="ru-RU"/>
        </w:rPr>
        <w:t>Приказ</w:t>
      </w:r>
      <w:r w:rsidRPr="00C75E0E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Пр</w:t>
      </w:r>
      <w:r w:rsidR="00842478">
        <w:rPr>
          <w:rFonts w:ascii="Times New Roman" w:hAnsi="Times New Roman" w:cs="Times New Roman"/>
          <w:sz w:val="24"/>
          <w:szCs w:val="24"/>
          <w:lang w:val="ru-RU"/>
        </w:rPr>
        <w:t>иемной комиссии</w:t>
      </w:r>
    </w:p>
    <w:p w:rsidR="00426A32" w:rsidRDefault="00A1072E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426A32">
        <w:rPr>
          <w:rFonts w:ascii="Times New Roman" w:hAnsi="Times New Roman" w:cs="Times New Roman"/>
          <w:sz w:val="24"/>
          <w:szCs w:val="24"/>
          <w:lang w:val="ru-RU"/>
        </w:rPr>
        <w:t>председатель: Нарбаев М. Р.</w:t>
      </w:r>
    </w:p>
    <w:p w:rsidR="00426A32" w:rsidRDefault="00A1072E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426A32">
        <w:rPr>
          <w:rFonts w:ascii="Times New Roman" w:hAnsi="Times New Roman" w:cs="Times New Roman"/>
          <w:sz w:val="24"/>
          <w:szCs w:val="24"/>
          <w:lang w:val="ru-RU"/>
        </w:rPr>
        <w:t>ответственный секретарь: Садырова Н.А.</w:t>
      </w:r>
    </w:p>
    <w:p w:rsidR="007D31DA" w:rsidRDefault="00A1072E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426A32">
        <w:rPr>
          <w:rFonts w:ascii="Times New Roman" w:hAnsi="Times New Roman" w:cs="Times New Roman"/>
          <w:sz w:val="24"/>
          <w:szCs w:val="24"/>
          <w:lang w:val="ru-RU"/>
        </w:rPr>
        <w:t>Технические секретари:</w:t>
      </w:r>
      <w:r w:rsidR="0084247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26A32">
        <w:rPr>
          <w:rFonts w:ascii="Times New Roman" w:hAnsi="Times New Roman" w:cs="Times New Roman"/>
          <w:sz w:val="24"/>
          <w:szCs w:val="24"/>
          <w:lang w:val="ru-RU"/>
        </w:rPr>
        <w:t>Шерипбаева А.А.</w:t>
      </w:r>
      <w:r w:rsidR="0084247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26A32">
        <w:rPr>
          <w:rFonts w:ascii="Times New Roman" w:hAnsi="Times New Roman" w:cs="Times New Roman"/>
          <w:sz w:val="24"/>
          <w:szCs w:val="24"/>
          <w:lang w:val="ru-RU"/>
        </w:rPr>
        <w:t>Чойбекова Н.М.</w:t>
      </w:r>
      <w:r w:rsidR="0084247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26A32">
        <w:rPr>
          <w:rFonts w:ascii="Times New Roman" w:hAnsi="Times New Roman" w:cs="Times New Roman"/>
          <w:sz w:val="24"/>
          <w:szCs w:val="24"/>
          <w:lang w:val="ru-RU"/>
        </w:rPr>
        <w:t>Курбанова Н.А.</w:t>
      </w:r>
    </w:p>
    <w:p w:rsidR="00426A32" w:rsidRDefault="00426A32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426A32" w:rsidRPr="00426A32" w:rsidRDefault="00426A32" w:rsidP="00426A32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Таблица 1. </w:t>
      </w:r>
      <w:r w:rsidR="00842478">
        <w:rPr>
          <w:rFonts w:ascii="Times New Roman" w:hAnsi="Times New Roman" w:cs="Times New Roman"/>
          <w:b/>
          <w:sz w:val="24"/>
          <w:szCs w:val="24"/>
          <w:lang w:val="ru-RU"/>
        </w:rPr>
        <w:t>Количество принятых студентов по направлениям</w:t>
      </w:r>
    </w:p>
    <w:p w:rsidR="007D31DA" w:rsidRPr="00426A32" w:rsidRDefault="007D31DA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946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0"/>
        <w:gridCol w:w="1947"/>
        <w:gridCol w:w="1276"/>
        <w:gridCol w:w="2976"/>
        <w:gridCol w:w="1985"/>
      </w:tblGrid>
      <w:tr w:rsidR="00426A32" w:rsidRPr="00426A32" w:rsidTr="00C75E0E">
        <w:trPr>
          <w:trHeight w:val="411"/>
        </w:trPr>
        <w:tc>
          <w:tcPr>
            <w:tcW w:w="12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</w:t>
            </w:r>
          </w:p>
        </w:tc>
        <w:tc>
          <w:tcPr>
            <w:tcW w:w="1947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Направление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код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План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y-KG"/>
              </w:rPr>
              <w:t>Факт</w:t>
            </w:r>
          </w:p>
        </w:tc>
      </w:tr>
      <w:tr w:rsidR="00426A32" w:rsidRPr="00426A32" w:rsidTr="00C75E0E">
        <w:trPr>
          <w:trHeight w:val="335"/>
        </w:trPr>
        <w:tc>
          <w:tcPr>
            <w:tcW w:w="1280" w:type="dxa"/>
            <w:vMerge w:val="restar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1.</w:t>
            </w:r>
          </w:p>
        </w:tc>
        <w:tc>
          <w:tcPr>
            <w:tcW w:w="1947" w:type="dxa"/>
            <w:vMerge w:val="restar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Лечебное дело,</w:t>
            </w:r>
          </w:p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5 лет </w:t>
            </w:r>
          </w:p>
        </w:tc>
        <w:tc>
          <w:tcPr>
            <w:tcW w:w="1276" w:type="dxa"/>
            <w:vMerge w:val="restart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560001</w:t>
            </w:r>
          </w:p>
        </w:tc>
        <w:tc>
          <w:tcPr>
            <w:tcW w:w="297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1000</w:t>
            </w:r>
          </w:p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822</w:t>
            </w:r>
          </w:p>
        </w:tc>
      </w:tr>
      <w:tr w:rsidR="00426A32" w:rsidRPr="00426A32" w:rsidTr="00C75E0E">
        <w:trPr>
          <w:trHeight w:val="478"/>
        </w:trPr>
        <w:tc>
          <w:tcPr>
            <w:tcW w:w="1280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01.09.2025 г.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2</w:t>
            </w:r>
          </w:p>
        </w:tc>
      </w:tr>
      <w:tr w:rsidR="00426A32" w:rsidRPr="00426A32" w:rsidTr="00C75E0E">
        <w:trPr>
          <w:trHeight w:val="478"/>
        </w:trPr>
        <w:tc>
          <w:tcPr>
            <w:tcW w:w="1280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</w:rPr>
              <w:t>I I</w:t>
            </w:r>
            <w:r w:rsidR="00842478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08.09.2025.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</w:tr>
      <w:tr w:rsidR="00426A32" w:rsidRPr="00426A32" w:rsidTr="00C75E0E">
        <w:trPr>
          <w:trHeight w:val="478"/>
        </w:trPr>
        <w:tc>
          <w:tcPr>
            <w:tcW w:w="1280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</w:rPr>
              <w:t>I I I</w:t>
            </w:r>
            <w:r w:rsidR="00842478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22.10.2025 г.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329</w:t>
            </w:r>
          </w:p>
        </w:tc>
      </w:tr>
      <w:tr w:rsidR="00426A32" w:rsidRPr="00426A32" w:rsidTr="00C75E0E">
        <w:trPr>
          <w:trHeight w:val="1007"/>
        </w:trPr>
        <w:tc>
          <w:tcPr>
            <w:tcW w:w="1280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42478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</w:rPr>
              <w:t>IV</w:t>
            </w: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28.11.2025 </w:t>
            </w:r>
            <w:r w:rsidR="00842478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</w:p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  <w:r w:rsidR="00842478"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Л</w:t>
            </w: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етни</w:t>
            </w:r>
            <w:r w:rsidR="00842478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й  прием</w:t>
            </w: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:</w:t>
            </w:r>
          </w:p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Зимний прием: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67</w:t>
            </w:r>
          </w:p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822</w:t>
            </w:r>
          </w:p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124</w:t>
            </w:r>
          </w:p>
        </w:tc>
      </w:tr>
      <w:tr w:rsidR="00426A32" w:rsidRPr="00426A32" w:rsidTr="00C75E0E">
        <w:trPr>
          <w:trHeight w:val="370"/>
        </w:trPr>
        <w:tc>
          <w:tcPr>
            <w:tcW w:w="1280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842478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Итого</w:t>
            </w:r>
            <w:r w:rsidR="00426A32"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: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946</w:t>
            </w:r>
          </w:p>
        </w:tc>
      </w:tr>
      <w:tr w:rsidR="00426A32" w:rsidRPr="00426A32" w:rsidTr="00C75E0E">
        <w:trPr>
          <w:trHeight w:val="246"/>
        </w:trPr>
        <w:tc>
          <w:tcPr>
            <w:tcW w:w="128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2.</w:t>
            </w:r>
          </w:p>
        </w:tc>
        <w:tc>
          <w:tcPr>
            <w:tcW w:w="1947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Лечебное дело,</w:t>
            </w:r>
          </w:p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6 лет</w:t>
            </w:r>
          </w:p>
        </w:tc>
        <w:tc>
          <w:tcPr>
            <w:tcW w:w="1276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560001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426A32" w:rsidRPr="00426A32" w:rsidTr="00C75E0E">
        <w:trPr>
          <w:trHeight w:val="296"/>
        </w:trPr>
        <w:tc>
          <w:tcPr>
            <w:tcW w:w="128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842478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1+2</w:t>
            </w:r>
          </w:p>
        </w:tc>
      </w:tr>
      <w:tr w:rsidR="00426A32" w:rsidRPr="00426A32" w:rsidTr="00C75E0E">
        <w:trPr>
          <w:trHeight w:val="360"/>
        </w:trPr>
        <w:tc>
          <w:tcPr>
            <w:tcW w:w="128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</w:rPr>
              <w:t>I I</w:t>
            </w:r>
            <w:r w:rsidR="00842478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1</w:t>
            </w:r>
          </w:p>
        </w:tc>
      </w:tr>
      <w:tr w:rsidR="00426A32" w:rsidRPr="00426A32" w:rsidTr="00C75E0E">
        <w:trPr>
          <w:trHeight w:val="268"/>
        </w:trPr>
        <w:tc>
          <w:tcPr>
            <w:tcW w:w="128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26A3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="00842478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1+1</w:t>
            </w:r>
          </w:p>
        </w:tc>
      </w:tr>
      <w:tr w:rsidR="00426A32" w:rsidRPr="00426A32" w:rsidTr="00C75E0E">
        <w:trPr>
          <w:trHeight w:val="478"/>
        </w:trPr>
        <w:tc>
          <w:tcPr>
            <w:tcW w:w="128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итого: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6</w:t>
            </w:r>
          </w:p>
        </w:tc>
      </w:tr>
      <w:tr w:rsidR="00426A32" w:rsidRPr="00426A32" w:rsidTr="00C75E0E">
        <w:trPr>
          <w:trHeight w:val="367"/>
        </w:trPr>
        <w:tc>
          <w:tcPr>
            <w:tcW w:w="1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3.</w:t>
            </w:r>
          </w:p>
        </w:tc>
        <w:tc>
          <w:tcPr>
            <w:tcW w:w="19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842478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Экономика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710100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426A32" w:rsidRPr="00426A32" w:rsidTr="00C75E0E">
        <w:trPr>
          <w:trHeight w:val="246"/>
        </w:trPr>
        <w:tc>
          <w:tcPr>
            <w:tcW w:w="1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4.</w:t>
            </w:r>
          </w:p>
        </w:tc>
        <w:tc>
          <w:tcPr>
            <w:tcW w:w="19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Менеджмент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580200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</w:p>
        </w:tc>
      </w:tr>
      <w:tr w:rsidR="00426A32" w:rsidRPr="00426A32" w:rsidTr="00C75E0E">
        <w:trPr>
          <w:trHeight w:val="336"/>
        </w:trPr>
        <w:tc>
          <w:tcPr>
            <w:tcW w:w="128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5.</w:t>
            </w:r>
          </w:p>
        </w:tc>
        <w:tc>
          <w:tcPr>
            <w:tcW w:w="1947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842478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</w:t>
            </w:r>
            <w:r w:rsidR="0084247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</w:t>
            </w:r>
          </w:p>
        </w:tc>
        <w:tc>
          <w:tcPr>
            <w:tcW w:w="1276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581100</w:t>
            </w: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426A32" w:rsidRPr="00426A32" w:rsidTr="00C75E0E">
        <w:trPr>
          <w:trHeight w:val="276"/>
        </w:trPr>
        <w:tc>
          <w:tcPr>
            <w:tcW w:w="128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2</w:t>
            </w:r>
          </w:p>
        </w:tc>
      </w:tr>
      <w:tr w:rsidR="00426A32" w:rsidRPr="00426A32" w:rsidTr="00C75E0E">
        <w:trPr>
          <w:trHeight w:val="210"/>
        </w:trPr>
        <w:tc>
          <w:tcPr>
            <w:tcW w:w="128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</w:rPr>
              <w:t>I I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2</w:t>
            </w:r>
          </w:p>
        </w:tc>
      </w:tr>
      <w:tr w:rsidR="00426A32" w:rsidRPr="00426A32" w:rsidTr="00C75E0E">
        <w:trPr>
          <w:trHeight w:val="272"/>
        </w:trPr>
        <w:tc>
          <w:tcPr>
            <w:tcW w:w="1280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76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итого: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4</w:t>
            </w:r>
          </w:p>
        </w:tc>
      </w:tr>
      <w:tr w:rsidR="00426A32" w:rsidRPr="00426A32" w:rsidTr="00C75E0E">
        <w:trPr>
          <w:trHeight w:val="362"/>
        </w:trPr>
        <w:tc>
          <w:tcPr>
            <w:tcW w:w="1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94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842478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Всего</w:t>
            </w:r>
            <w:r w:rsidR="00426A32"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:</w:t>
            </w: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9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1125</w:t>
            </w:r>
          </w:p>
        </w:tc>
        <w:tc>
          <w:tcPr>
            <w:tcW w:w="19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26A32" w:rsidRPr="00426A32" w:rsidRDefault="00426A32" w:rsidP="00426A32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sz w:val="24"/>
                <w:szCs w:val="24"/>
                <w:lang w:val="ky-KG"/>
              </w:rPr>
              <w:t>832/124=956</w:t>
            </w:r>
          </w:p>
        </w:tc>
      </w:tr>
    </w:tbl>
    <w:p w:rsidR="00426A32" w:rsidRDefault="00426A32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426A32" w:rsidRDefault="00426A32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7D31DA" w:rsidRDefault="00426A32" w:rsidP="00426A32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26A32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Таблица 2. </w:t>
      </w:r>
      <w:r w:rsidR="00A1072E" w:rsidRPr="00426A32">
        <w:rPr>
          <w:rFonts w:ascii="Times New Roman" w:hAnsi="Times New Roman" w:cs="Times New Roman"/>
          <w:b/>
          <w:sz w:val="24"/>
          <w:szCs w:val="24"/>
          <w:lang w:val="ru-RU"/>
        </w:rPr>
        <w:t>Абитуриент</w:t>
      </w:r>
      <w:r w:rsidR="00842478">
        <w:rPr>
          <w:rFonts w:ascii="Times New Roman" w:hAnsi="Times New Roman" w:cs="Times New Roman"/>
          <w:b/>
          <w:sz w:val="24"/>
          <w:szCs w:val="24"/>
          <w:lang w:val="ru-RU"/>
        </w:rPr>
        <w:t>ы по месту жительству</w:t>
      </w:r>
    </w:p>
    <w:p w:rsidR="00426A32" w:rsidRPr="00426A32" w:rsidRDefault="00426A32" w:rsidP="00426A32">
      <w:pPr>
        <w:spacing w:after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W w:w="10207" w:type="dxa"/>
        <w:tblInd w:w="-12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2"/>
        <w:gridCol w:w="3966"/>
        <w:gridCol w:w="3221"/>
        <w:gridCol w:w="1418"/>
      </w:tblGrid>
      <w:tr w:rsidR="00426A32" w:rsidRPr="00426A32" w:rsidTr="00426A32">
        <w:trPr>
          <w:trHeight w:val="353"/>
        </w:trPr>
        <w:tc>
          <w:tcPr>
            <w:tcW w:w="1602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№</w:t>
            </w:r>
          </w:p>
        </w:tc>
        <w:tc>
          <w:tcPr>
            <w:tcW w:w="396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Страна</w:t>
            </w:r>
          </w:p>
        </w:tc>
        <w:tc>
          <w:tcPr>
            <w:tcW w:w="322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количество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%</w:t>
            </w:r>
          </w:p>
        </w:tc>
      </w:tr>
      <w:tr w:rsidR="00426A32" w:rsidRPr="00426A32" w:rsidTr="00426A32">
        <w:trPr>
          <w:trHeight w:val="346"/>
        </w:trPr>
        <w:tc>
          <w:tcPr>
            <w:tcW w:w="1602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3966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Индия</w:t>
            </w:r>
          </w:p>
        </w:tc>
        <w:tc>
          <w:tcPr>
            <w:tcW w:w="3221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824/124</w:t>
            </w:r>
          </w:p>
        </w:tc>
        <w:tc>
          <w:tcPr>
            <w:tcW w:w="14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98,9%</w:t>
            </w:r>
          </w:p>
        </w:tc>
      </w:tr>
      <w:tr w:rsidR="00426A32" w:rsidRPr="00426A32" w:rsidTr="00426A32">
        <w:trPr>
          <w:trHeight w:val="365"/>
        </w:trPr>
        <w:tc>
          <w:tcPr>
            <w:tcW w:w="16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2</w:t>
            </w:r>
          </w:p>
        </w:tc>
        <w:tc>
          <w:tcPr>
            <w:tcW w:w="39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Россия</w:t>
            </w:r>
          </w:p>
        </w:tc>
        <w:tc>
          <w:tcPr>
            <w:tcW w:w="32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0,3%</w:t>
            </w:r>
          </w:p>
        </w:tc>
      </w:tr>
      <w:tr w:rsidR="00426A32" w:rsidRPr="00426A32" w:rsidTr="00426A32">
        <w:trPr>
          <w:trHeight w:val="512"/>
        </w:trPr>
        <w:tc>
          <w:tcPr>
            <w:tcW w:w="16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3</w:t>
            </w:r>
          </w:p>
        </w:tc>
        <w:tc>
          <w:tcPr>
            <w:tcW w:w="39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Узбекистан</w:t>
            </w:r>
          </w:p>
        </w:tc>
        <w:tc>
          <w:tcPr>
            <w:tcW w:w="32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0,1%</w:t>
            </w:r>
          </w:p>
        </w:tc>
      </w:tr>
      <w:tr w:rsidR="00426A32" w:rsidRPr="00426A32" w:rsidTr="00426A32">
        <w:trPr>
          <w:trHeight w:val="392"/>
        </w:trPr>
        <w:tc>
          <w:tcPr>
            <w:tcW w:w="16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4</w:t>
            </w:r>
          </w:p>
        </w:tc>
        <w:tc>
          <w:tcPr>
            <w:tcW w:w="39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Кыргызстан</w:t>
            </w:r>
          </w:p>
        </w:tc>
        <w:tc>
          <w:tcPr>
            <w:tcW w:w="32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EFF7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0,7%</w:t>
            </w:r>
          </w:p>
        </w:tc>
      </w:tr>
      <w:tr w:rsidR="00426A32" w:rsidRPr="00426A32" w:rsidTr="00426A32">
        <w:trPr>
          <w:trHeight w:val="356"/>
        </w:trPr>
        <w:tc>
          <w:tcPr>
            <w:tcW w:w="160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5B9BD5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396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Итого:</w:t>
            </w:r>
          </w:p>
        </w:tc>
        <w:tc>
          <w:tcPr>
            <w:tcW w:w="322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956</w:t>
            </w:r>
          </w:p>
        </w:tc>
        <w:tc>
          <w:tcPr>
            <w:tcW w:w="14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2DEE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26A32" w:rsidRPr="00426A32" w:rsidRDefault="00426A32" w:rsidP="00426A3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426A3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100 %</w:t>
            </w:r>
          </w:p>
        </w:tc>
      </w:tr>
    </w:tbl>
    <w:p w:rsidR="005E329F" w:rsidRDefault="005E329F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5E329F" w:rsidRPr="005E329F" w:rsidRDefault="00842478" w:rsidP="0084247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Льготы</w:t>
      </w:r>
      <w:r w:rsidR="005E329F" w:rsidRPr="005E329F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для </w:t>
      </w:r>
      <w:r w:rsidR="005E329F" w:rsidRPr="005E329F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студентов</w:t>
      </w:r>
    </w:p>
    <w:p w:rsidR="00842478" w:rsidRDefault="00426A32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426A32">
        <w:rPr>
          <w:rFonts w:ascii="Times New Roman" w:hAnsi="Times New Roman" w:cs="Times New Roman"/>
          <w:sz w:val="24"/>
          <w:szCs w:val="24"/>
          <w:lang w:val="ru-RU"/>
        </w:rPr>
        <w:t xml:space="preserve">С </w:t>
      </w:r>
      <w:r w:rsidR="00842478">
        <w:rPr>
          <w:rFonts w:ascii="Times New Roman" w:hAnsi="Times New Roman" w:cs="Times New Roman"/>
          <w:sz w:val="24"/>
          <w:szCs w:val="24"/>
          <w:lang w:val="ru-RU"/>
        </w:rPr>
        <w:t>решением</w:t>
      </w:r>
    </w:p>
    <w:p w:rsidR="00842478" w:rsidRDefault="00842478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426A32" w:rsidRPr="00426A32">
        <w:rPr>
          <w:rFonts w:ascii="Times New Roman" w:hAnsi="Times New Roman" w:cs="Times New Roman"/>
          <w:sz w:val="24"/>
          <w:szCs w:val="24"/>
          <w:lang w:val="ru-RU"/>
        </w:rPr>
        <w:t xml:space="preserve"> Ученого совета на заседании 2025 года 30 сентября №02/25 протокол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--- </w:t>
      </w:r>
    </w:p>
    <w:p w:rsidR="00842478" w:rsidRDefault="00842478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426A32" w:rsidRPr="00426A32">
        <w:rPr>
          <w:rFonts w:ascii="Times New Roman" w:hAnsi="Times New Roman" w:cs="Times New Roman"/>
          <w:sz w:val="24"/>
          <w:szCs w:val="24"/>
          <w:lang w:val="ru-RU"/>
        </w:rPr>
        <w:t>Попечительского совета 3 октября №25/02,</w:t>
      </w:r>
    </w:p>
    <w:p w:rsidR="00842478" w:rsidRDefault="00842478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426A32" w:rsidRPr="00426A32">
        <w:rPr>
          <w:rFonts w:ascii="Times New Roman" w:hAnsi="Times New Roman" w:cs="Times New Roman"/>
          <w:sz w:val="24"/>
          <w:szCs w:val="24"/>
          <w:lang w:val="ru-RU"/>
        </w:rPr>
        <w:t xml:space="preserve"> Учредителях совета 7 октября №12 протоколы с приема полученного решения </w:t>
      </w:r>
    </w:p>
    <w:p w:rsidR="005E329F" w:rsidRDefault="00842478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5E329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Приказ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р</w:t>
      </w:r>
      <w:r w:rsidR="005E329F">
        <w:rPr>
          <w:rFonts w:ascii="Times New Roman" w:hAnsi="Times New Roman" w:cs="Times New Roman"/>
          <w:sz w:val="24"/>
          <w:szCs w:val="24"/>
          <w:lang w:val="ru-RU"/>
        </w:rPr>
        <w:t>ектора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№82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от </w:t>
      </w:r>
      <w:r w:rsidR="005E329F">
        <w:rPr>
          <w:rFonts w:ascii="Times New Roman" w:hAnsi="Times New Roman" w:cs="Times New Roman"/>
          <w:sz w:val="24"/>
          <w:szCs w:val="24"/>
          <w:lang w:val="ru-RU"/>
        </w:rPr>
        <w:t xml:space="preserve"> 04.07.2025 г.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5E329F" w:rsidRDefault="005E329F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2938B93F" wp14:editId="010F114A">
            <wp:extent cx="6019800" cy="4429125"/>
            <wp:effectExtent l="0" t="0" r="0" b="9525"/>
            <wp:docPr id="4" name="Объект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/>
                    <pic:cNvPicPr>
                      <a:picLocks noGrp="1"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19800" cy="442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5E329F" w:rsidRPr="005E329F" w:rsidRDefault="00842478" w:rsidP="005E329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Список студентов получивших льготы на обучение. </w:t>
      </w:r>
    </w:p>
    <w:p w:rsidR="00E31945" w:rsidRPr="005E329F" w:rsidRDefault="00A1072E" w:rsidP="005E329F">
      <w:pPr>
        <w:pStyle w:val="ae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E329F">
        <w:rPr>
          <w:rFonts w:ascii="Times New Roman" w:hAnsi="Times New Roman" w:cs="Times New Roman"/>
          <w:sz w:val="24"/>
          <w:szCs w:val="24"/>
          <w:lang w:val="ru-RU"/>
        </w:rPr>
        <w:t>Борукулов Малик ИВТ-1-25 фото группы - 100%.</w:t>
      </w:r>
    </w:p>
    <w:p w:rsidR="00E31945" w:rsidRPr="005E329F" w:rsidRDefault="00A1072E" w:rsidP="005E329F">
      <w:pPr>
        <w:pStyle w:val="ae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E329F">
        <w:rPr>
          <w:rFonts w:ascii="Times New Roman" w:hAnsi="Times New Roman" w:cs="Times New Roman"/>
          <w:sz w:val="24"/>
          <w:szCs w:val="24"/>
          <w:lang w:val="ru-RU"/>
        </w:rPr>
        <w:t>Рахманжанова Целях ИВТ-1-25 фото группы - 100%.</w:t>
      </w:r>
    </w:p>
    <w:p w:rsidR="00E31945" w:rsidRPr="005E329F" w:rsidRDefault="00A1072E" w:rsidP="005E329F">
      <w:pPr>
        <w:pStyle w:val="ae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E329F">
        <w:rPr>
          <w:rFonts w:ascii="Times New Roman" w:hAnsi="Times New Roman" w:cs="Times New Roman"/>
          <w:sz w:val="24"/>
          <w:szCs w:val="24"/>
          <w:lang w:val="ru-RU"/>
        </w:rPr>
        <w:t>В саипжанов Шахло ЛД-1-25 фото группы - 50%.</w:t>
      </w:r>
    </w:p>
    <w:p w:rsidR="00E31945" w:rsidRPr="005E329F" w:rsidRDefault="00A1072E" w:rsidP="005E329F">
      <w:pPr>
        <w:pStyle w:val="ae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E329F">
        <w:rPr>
          <w:rFonts w:ascii="Times New Roman" w:hAnsi="Times New Roman" w:cs="Times New Roman"/>
          <w:sz w:val="24"/>
          <w:szCs w:val="24"/>
          <w:lang w:val="ru-RU"/>
        </w:rPr>
        <w:t>Моминжанова Самира ЛД-1-25 групп, таможня 100%.</w:t>
      </w:r>
    </w:p>
    <w:p w:rsidR="00E31945" w:rsidRPr="005E329F" w:rsidRDefault="00A1072E" w:rsidP="005E329F">
      <w:pPr>
        <w:pStyle w:val="ae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E329F">
        <w:rPr>
          <w:rFonts w:ascii="Times New Roman" w:hAnsi="Times New Roman" w:cs="Times New Roman"/>
          <w:sz w:val="24"/>
          <w:szCs w:val="24"/>
          <w:lang w:val="ru-RU"/>
        </w:rPr>
        <w:t>Кебекова азиза абдирасулова ЛД-1-25 фото группы - Кыргызской Республики, гражданина учебных плата , выплата провести.</w:t>
      </w:r>
    </w:p>
    <w:p w:rsidR="00E31945" w:rsidRPr="005E329F" w:rsidRDefault="00A1072E" w:rsidP="005E329F">
      <w:pPr>
        <w:pStyle w:val="ae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E329F">
        <w:rPr>
          <w:rFonts w:ascii="Times New Roman" w:hAnsi="Times New Roman" w:cs="Times New Roman"/>
          <w:sz w:val="24"/>
          <w:szCs w:val="24"/>
          <w:lang w:val="ru-RU"/>
        </w:rPr>
        <w:t>Маматкулов Абдулазиз, ЛД-1-25 фото группы – 10%.</w:t>
      </w:r>
    </w:p>
    <w:p w:rsidR="00E31945" w:rsidRPr="005E329F" w:rsidRDefault="00A1072E" w:rsidP="005E329F">
      <w:pPr>
        <w:pStyle w:val="ae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E329F">
        <w:rPr>
          <w:rFonts w:ascii="Times New Roman" w:hAnsi="Times New Roman" w:cs="Times New Roman"/>
          <w:sz w:val="24"/>
          <w:szCs w:val="24"/>
          <w:lang w:val="ru-RU"/>
        </w:rPr>
        <w:t>Исроилова на Жайра, ЛД-1-25 групп комиссии- 10%.</w:t>
      </w:r>
    </w:p>
    <w:p w:rsidR="007D31DA" w:rsidRPr="005E329F" w:rsidRDefault="00A1072E" w:rsidP="00426A32">
      <w:pPr>
        <w:pStyle w:val="ae"/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5E329F">
        <w:rPr>
          <w:rFonts w:ascii="Times New Roman" w:hAnsi="Times New Roman" w:cs="Times New Roman"/>
          <w:sz w:val="24"/>
          <w:szCs w:val="24"/>
          <w:lang w:val="ru-RU"/>
        </w:rPr>
        <w:t>В сариков Диана ЛД-1-25 групп комиссия 10 %.</w:t>
      </w:r>
    </w:p>
    <w:p w:rsidR="007D31DA" w:rsidRPr="00426A32" w:rsidRDefault="007D31DA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5E329F" w:rsidRDefault="00842478" w:rsidP="005E329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Профориентационные </w:t>
      </w:r>
      <w:r w:rsidRPr="005E329F">
        <w:rPr>
          <w:rFonts w:ascii="Times New Roman" w:hAnsi="Times New Roman" w:cs="Times New Roman"/>
          <w:b/>
          <w:sz w:val="24"/>
          <w:szCs w:val="24"/>
          <w:lang w:val="ru-RU"/>
        </w:rPr>
        <w:t>работы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, </w:t>
      </w:r>
      <w:r w:rsidR="00A1072E" w:rsidRPr="005E329F">
        <w:rPr>
          <w:rFonts w:ascii="Times New Roman" w:hAnsi="Times New Roman" w:cs="Times New Roman"/>
          <w:b/>
          <w:sz w:val="24"/>
          <w:szCs w:val="24"/>
          <w:lang w:val="ru-RU"/>
        </w:rPr>
        <w:t>информационные ресурсы:</w:t>
      </w:r>
    </w:p>
    <w:p w:rsidR="005E329F" w:rsidRPr="00842478" w:rsidRDefault="00842478" w:rsidP="00842478">
      <w:pPr>
        <w:pStyle w:val="ae"/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  <w:lang w:val="ky-KG"/>
        </w:rPr>
      </w:pPr>
      <w:r w:rsidRPr="00842478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5E329F" w:rsidRPr="00842478">
        <w:rPr>
          <w:rFonts w:ascii="Times New Roman" w:hAnsi="Times New Roman" w:cs="Times New Roman"/>
          <w:sz w:val="24"/>
          <w:szCs w:val="24"/>
          <w:lang w:val="ru-RU"/>
        </w:rPr>
        <w:t>фициальный сайт</w:t>
      </w:r>
      <w:r w:rsidRPr="00842478">
        <w:rPr>
          <w:rFonts w:ascii="Times New Roman" w:hAnsi="Times New Roman" w:cs="Times New Roman"/>
          <w:sz w:val="24"/>
          <w:szCs w:val="24"/>
          <w:lang w:val="ru-RU"/>
        </w:rPr>
        <w:t xml:space="preserve"> ЖАМУ</w:t>
      </w:r>
      <w:r w:rsidR="005E329F" w:rsidRPr="00842478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hyperlink r:id="rId9" w:history="1"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https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://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jaiu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.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kg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/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ru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/%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0%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B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0%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0%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B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1%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0%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B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8%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1%82%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1%83%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1%80%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0%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B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8%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0%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B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5%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0%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BD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1%82%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D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1%83/?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tab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=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cis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ru-RU"/>
          </w:rPr>
          <w:t>-</w:t>
        </w:r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</w:rPr>
          <w:t>applicants</w:t>
        </w:r>
      </w:hyperlink>
      <w:r w:rsidR="005E329F" w:rsidRPr="00842478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</w:p>
    <w:p w:rsidR="005E329F" w:rsidRPr="00842478" w:rsidRDefault="00A1072E" w:rsidP="006837B5">
      <w:pPr>
        <w:pStyle w:val="ae"/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842478">
        <w:rPr>
          <w:rFonts w:ascii="Times New Roman" w:hAnsi="Times New Roman" w:cs="Times New Roman"/>
          <w:sz w:val="24"/>
          <w:szCs w:val="24"/>
          <w:lang w:val="ky-KG"/>
        </w:rPr>
        <w:t>WCIEC сайт:</w:t>
      </w:r>
      <w:hyperlink r:id="rId10" w:history="1">
        <w:r w:rsidR="005E329F" w:rsidRPr="00842478">
          <w:rPr>
            <w:rStyle w:val="aff8"/>
            <w:rFonts w:ascii="Times New Roman" w:hAnsi="Times New Roman" w:cs="Times New Roman"/>
            <w:sz w:val="24"/>
            <w:szCs w:val="24"/>
            <w:lang w:val="ky-KG"/>
          </w:rPr>
          <w:t>https://wcieconsultant.org/</w:t>
        </w:r>
      </w:hyperlink>
      <w:r w:rsidR="00842478">
        <w:rPr>
          <w:rStyle w:val="aff8"/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Pr="00842478">
        <w:rPr>
          <w:rFonts w:ascii="Times New Roman" w:hAnsi="Times New Roman" w:cs="Times New Roman"/>
          <w:sz w:val="24"/>
          <w:szCs w:val="24"/>
          <w:lang w:val="ky-KG"/>
        </w:rPr>
        <w:t xml:space="preserve"> поддержка в режиме 24/7 через сайты </w:t>
      </w:r>
      <w:r w:rsidR="00842478" w:rsidRPr="00842478">
        <w:rPr>
          <w:rFonts w:ascii="Times New Roman" w:hAnsi="Times New Roman" w:cs="Times New Roman"/>
          <w:sz w:val="24"/>
          <w:szCs w:val="24"/>
          <w:lang w:val="ky-KG"/>
        </w:rPr>
        <w:t>обеспечивается</w:t>
      </w:r>
      <w:r w:rsidR="00842478" w:rsidRPr="00842478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Pr="00842478">
        <w:rPr>
          <w:rFonts w:ascii="Times New Roman" w:hAnsi="Times New Roman" w:cs="Times New Roman"/>
          <w:sz w:val="24"/>
          <w:szCs w:val="24"/>
          <w:lang w:val="ky-KG"/>
        </w:rPr>
        <w:t xml:space="preserve">прием </w:t>
      </w:r>
      <w:r w:rsidR="00842478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Pr="00842478">
        <w:rPr>
          <w:rFonts w:ascii="Times New Roman" w:hAnsi="Times New Roman" w:cs="Times New Roman"/>
          <w:sz w:val="24"/>
          <w:szCs w:val="24"/>
          <w:lang w:val="ky-KG"/>
        </w:rPr>
        <w:t>в онла</w:t>
      </w:r>
      <w:r w:rsidR="00842478">
        <w:rPr>
          <w:rFonts w:ascii="Times New Roman" w:hAnsi="Times New Roman" w:cs="Times New Roman"/>
          <w:sz w:val="24"/>
          <w:szCs w:val="24"/>
          <w:lang w:val="ky-KG"/>
        </w:rPr>
        <w:t>йн-возможности подачи заявления</w:t>
      </w:r>
      <w:r w:rsidRPr="00842478">
        <w:rPr>
          <w:rFonts w:ascii="Times New Roman" w:hAnsi="Times New Roman" w:cs="Times New Roman"/>
          <w:sz w:val="24"/>
          <w:szCs w:val="24"/>
          <w:lang w:val="ky-KG"/>
        </w:rPr>
        <w:t>.</w:t>
      </w:r>
      <w:r w:rsidR="00842478">
        <w:rPr>
          <w:rFonts w:ascii="Times New Roman" w:hAnsi="Times New Roman" w:cs="Times New Roman"/>
          <w:sz w:val="24"/>
          <w:szCs w:val="24"/>
          <w:lang w:val="ky-KG"/>
        </w:rPr>
        <w:t xml:space="preserve"> </w:t>
      </w:r>
      <w:r w:rsidRPr="0084247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E1786D" w:rsidRPr="00426A32" w:rsidRDefault="00E1786D" w:rsidP="005E329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246B77" w:rsidRDefault="00246B77" w:rsidP="00426A32">
      <w:pPr>
        <w:spacing w:after="0"/>
        <w:rPr>
          <w:noProof/>
          <w:lang w:val="ru-RU" w:eastAsia="ru-RU"/>
        </w:rPr>
      </w:pPr>
      <w:r w:rsidRPr="00246B77">
        <w:rPr>
          <w:noProof/>
          <w:lang w:val="ru-RU" w:eastAsia="ru-RU"/>
        </w:rPr>
        <w:drawing>
          <wp:inline distT="0" distB="0" distL="0" distR="0" wp14:anchorId="15670CF5" wp14:editId="2B22655C">
            <wp:extent cx="5857875" cy="34290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58697" cy="3429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329F" w:rsidRDefault="00E1786D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E1786D">
        <w:rPr>
          <w:noProof/>
          <w:lang w:val="ru-RU" w:eastAsia="ru-RU"/>
        </w:rPr>
        <w:lastRenderedPageBreak/>
        <w:drawing>
          <wp:inline distT="0" distB="0" distL="0" distR="0" wp14:anchorId="51986D74" wp14:editId="5DEE34AA">
            <wp:extent cx="5695950" cy="3429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86D" w:rsidRDefault="00E1786D" w:rsidP="00E178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E1786D" w:rsidRDefault="00E1786D" w:rsidP="00E178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1786D">
        <w:rPr>
          <w:rFonts w:ascii="Times New Roman" w:hAnsi="Times New Roman" w:cs="Times New Roman"/>
          <w:b/>
          <w:sz w:val="24"/>
          <w:szCs w:val="24"/>
          <w:lang w:val="ru-RU"/>
        </w:rPr>
        <w:t>«ЖАМУ</w:t>
      </w:r>
      <w:r w:rsidR="00842478">
        <w:rPr>
          <w:rFonts w:ascii="Times New Roman" w:hAnsi="Times New Roman" w:cs="Times New Roman"/>
          <w:b/>
          <w:sz w:val="24"/>
          <w:szCs w:val="24"/>
          <w:lang w:val="ru-RU"/>
        </w:rPr>
        <w:t xml:space="preserve">»  День </w:t>
      </w:r>
      <w:r w:rsidRPr="00E1786D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открытых дверей</w:t>
      </w:r>
      <w:bookmarkStart w:id="0" w:name="_GoBack"/>
      <w:bookmarkEnd w:id="0"/>
      <w:r w:rsidRPr="00E1786D">
        <w:rPr>
          <w:rFonts w:ascii="Times New Roman" w:hAnsi="Times New Roman" w:cs="Times New Roman"/>
          <w:b/>
          <w:sz w:val="24"/>
          <w:szCs w:val="24"/>
          <w:lang w:val="ru-RU"/>
        </w:rPr>
        <w:t>» 15.05.2025 г.</w:t>
      </w:r>
    </w:p>
    <w:p w:rsidR="00E1786D" w:rsidRPr="00E1786D" w:rsidRDefault="00E1786D" w:rsidP="00E1786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D31DA" w:rsidRPr="00426A32" w:rsidRDefault="00E1786D" w:rsidP="00426A3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4410D83A" wp14:editId="5543F6C5">
            <wp:extent cx="5876925" cy="39814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572" cy="39818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1786D" w:rsidRDefault="00E1786D" w:rsidP="00426A3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158C3EAB" wp14:editId="5AF97241">
            <wp:extent cx="5724525" cy="3956685"/>
            <wp:effectExtent l="0" t="0" r="9525" b="5715"/>
            <wp:docPr id="9" name="Объект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/>
                    <pic:cNvPicPr>
                      <a:picLocks noGrp="1"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86D" w:rsidRPr="00E1786D" w:rsidRDefault="00E1786D" w:rsidP="00E1786D">
      <w:pPr>
        <w:rPr>
          <w:lang w:val="ru-RU"/>
        </w:rPr>
      </w:pPr>
    </w:p>
    <w:p w:rsidR="00E1786D" w:rsidRPr="00E1786D" w:rsidRDefault="00E1786D" w:rsidP="00E1786D">
      <w:pPr>
        <w:ind w:firstLine="720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02522CB5" wp14:editId="14247883">
            <wp:extent cx="4872990" cy="3789221"/>
            <wp:effectExtent l="0" t="0" r="3810" b="1905"/>
            <wp:docPr id="10" name="Объект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/>
                    <pic:cNvPicPr>
                      <a:picLocks noGrp="1"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5773" cy="3822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786D" w:rsidRPr="00E1786D" w:rsidSect="00426A32">
      <w:pgSz w:w="12240" w:h="15840"/>
      <w:pgMar w:top="1440" w:right="2459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7A25" w:rsidRDefault="00667A25" w:rsidP="00E1786D">
      <w:pPr>
        <w:spacing w:after="0" w:line="240" w:lineRule="auto"/>
      </w:pPr>
      <w:r>
        <w:separator/>
      </w:r>
    </w:p>
  </w:endnote>
  <w:endnote w:type="continuationSeparator" w:id="0">
    <w:p w:rsidR="00667A25" w:rsidRDefault="00667A25" w:rsidP="00E17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7A25" w:rsidRDefault="00667A25" w:rsidP="00E1786D">
      <w:pPr>
        <w:spacing w:after="0" w:line="240" w:lineRule="auto"/>
      </w:pPr>
      <w:r>
        <w:separator/>
      </w:r>
    </w:p>
  </w:footnote>
  <w:footnote w:type="continuationSeparator" w:id="0">
    <w:p w:rsidR="00667A25" w:rsidRDefault="00667A25" w:rsidP="00E178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F561818"/>
    <w:multiLevelType w:val="hybridMultilevel"/>
    <w:tmpl w:val="2A52ED2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35D2A37"/>
    <w:multiLevelType w:val="hybridMultilevel"/>
    <w:tmpl w:val="6F3A91A2"/>
    <w:lvl w:ilvl="0" w:tplc="6FF6B4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6219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9431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B4C7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36DB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8C39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64EC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1A8DF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A82DD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44A497E"/>
    <w:multiLevelType w:val="hybridMultilevel"/>
    <w:tmpl w:val="9B908A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46B77"/>
    <w:rsid w:val="0029639D"/>
    <w:rsid w:val="00326F90"/>
    <w:rsid w:val="00426A32"/>
    <w:rsid w:val="005E329F"/>
    <w:rsid w:val="00667A25"/>
    <w:rsid w:val="007D31DA"/>
    <w:rsid w:val="00842478"/>
    <w:rsid w:val="008D3BA8"/>
    <w:rsid w:val="00A1072E"/>
    <w:rsid w:val="00AA1D8D"/>
    <w:rsid w:val="00B47730"/>
    <w:rsid w:val="00C75E0E"/>
    <w:rsid w:val="00CB0664"/>
    <w:rsid w:val="00E11F2A"/>
    <w:rsid w:val="00E1786D"/>
    <w:rsid w:val="00E31945"/>
    <w:rsid w:val="00E7776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60B91335-CFB0-4493-AB1E-A9ABCD1B7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8">
    <w:name w:val="Hyperlink"/>
    <w:basedOn w:val="a2"/>
    <w:uiPriority w:val="99"/>
    <w:unhideWhenUsed/>
    <w:rsid w:val="005E32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0817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6426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1442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1334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6298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7960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0915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967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hyperlink" Target="https://wcieconsultant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jaiu.kg/ru/%D0%B0%D0%B1%D0%B8%D1%82%D1%83%D1%80%D0%B8%D0%B5%D0%BD%D1%82%D1%83/?tab=cis-applicants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3214CC-F6CD-4C88-B45E-0A3EDC216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342</Words>
  <Characters>1950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2288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Yandex.Translate</dc:creator>
  <cp:keywords/>
  <dc:description>Translated with Yandex.Translate</dc:description>
  <cp:lastModifiedBy>Учетная запись Майкрософт</cp:lastModifiedBy>
  <cp:revision>3</cp:revision>
  <dcterms:created xsi:type="dcterms:W3CDTF">2026-04-01T07:51:00Z</dcterms:created>
  <dcterms:modified xsi:type="dcterms:W3CDTF">2026-04-01T09:16:00Z</dcterms:modified>
  <cp:category/>
</cp:coreProperties>
</file>